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80"/>
        <w:jc w:val="center"/>
      </w:pPr>
      <w:r>
        <w:rPr>
          <w:rFonts w:ascii="Noto Sans Devanagari" w:hAnsi="Noto Sans Devanagari" w:eastAsia="Noto Sans Devanagari" w:cs="Noto Sans Devanagari"/>
          <w:b/>
          <w:color w:val="0B5EE8"/>
          <w:sz w:val="38"/>
        </w:rPr>
        <w:t>VidhyaVision</w:t>
      </w:r>
    </w:p>
    <w:p>
      <w:pPr>
        <w:spacing w:before="360"/>
        <w:jc w:val="center"/>
      </w:pPr>
      <w:r>
        <w:rPr>
          <w:rFonts w:ascii="Noto Sans Devanagari" w:hAnsi="Noto Sans Devanagari" w:eastAsia="Noto Sans Devanagari" w:cs="Noto Sans Devanagari"/>
          <w:b/>
          <w:color w:val="0B1F3A"/>
          <w:sz w:val="58"/>
        </w:rPr>
        <w:t>AI और कोडिंग की शुरुआती गाइड</w:t>
      </w:r>
    </w:p>
    <w:p>
      <w:pPr>
        <w:spacing w:before="200" w:after="440"/>
        <w:jc w:val="center"/>
      </w:pPr>
      <w:r>
        <w:rPr>
          <w:rFonts w:ascii="Noto Sans Devanagari" w:hAnsi="Noto Sans Devanagari" w:eastAsia="Noto Sans Devanagari" w:cs="Noto Sans Devanagari"/>
          <w:b/>
          <w:color w:val="64748B"/>
          <w:sz w:val="28"/>
        </w:rPr>
        <w:t>हिन्दी संस्करण</w:t>
      </w:r>
    </w:p>
    <w:p>
      <w:pPr>
        <w:spacing w:after="360" w:line="336" w:lineRule="auto"/>
        <w:jc w:val="center"/>
      </w:pPr>
      <w:r>
        <w:rPr>
          <w:rFonts w:ascii="Noto Sans Devanagari" w:hAnsi="Noto Sans Devanagari" w:eastAsia="Noto Sans Devanagari" w:cs="Noto Sans Devanagari"/>
          <w:b w:val="0"/>
          <w:color w:val="334155"/>
          <w:sz w:val="26"/>
        </w:rPr>
        <w:t>Python की बुनियाद, AI की शुरुआती समझ, सुरक्षित उपयोग और ऐसे छोटे प्रोजेक्ट जिन्हें सामान्य लैपटॉप पर बनाया जा सके।</w:t>
      </w:r>
    </w:p>
    <w:tbl>
      <w:tblPr>
        <w:tblW w:type="auto" w:w="0"/>
        <w:jc w:val="center"/>
        <w:tblLook w:firstColumn="1" w:firstRow="1" w:lastColumn="0" w:lastRow="0" w:noHBand="0" w:noVBand="1" w:val="04A0"/>
      </w:tblPr>
      <w:tblGrid>
        <w:gridCol w:w="10224"/>
      </w:tblGrid>
      <w:tr>
        <w:tc>
          <w:tcPr>
            <w:tcW w:type="dxa" w:w="10224"/>
            <w:shd w:fill="FFF7DF"/>
            <w:tcMar>
              <w:top w:w="180" w:type="dxa"/>
              <w:start w:w="200" w:type="dxa"/>
              <w:bottom w:w="180" w:type="dxa"/>
              <w:end w:w="200" w:type="dxa"/>
            </w:tcMar>
          </w:tcPr>
          <w:p>
            <w:pPr>
              <w:spacing w:after="60"/>
            </w:pPr>
            <w:r>
              <w:rPr>
                <w:rFonts w:ascii="Noto Sans Devanagari" w:hAnsi="Noto Sans Devanagari" w:eastAsia="Noto Sans Devanagari" w:cs="Noto Sans Devanagari"/>
                <w:b/>
                <w:color w:val="5C400E"/>
                <w:sz w:val="23"/>
              </w:rPr>
              <w:t>यह गाइड कैसे इस्तेमाल करें</w:t>
            </w:r>
          </w:p>
          <w:p>
            <w:pPr>
              <w:spacing w:after="0" w:line="300" w:lineRule="auto"/>
            </w:pPr>
            <w:r>
              <w:rPr>
                <w:rFonts w:ascii="Noto Sans Devanagari" w:hAnsi="Noto Sans Devanagari" w:eastAsia="Noto Sans Devanagari" w:cs="Noto Sans Devanagari"/>
                <w:color w:val="5C400E"/>
                <w:sz w:val="21"/>
              </w:rPr>
              <w:t>एक भाग पढ़ें → छोटा उदाहरण चलाएँ → एक चीज़ बदलें → अगली कक्षा या सत्र में अपना सवाल लेकर आएँ।</w:t>
            </w:r>
          </w:p>
        </w:tc>
      </w:tr>
    </w:tbl>
    <w:p>
      <w:pPr>
        <w:spacing w:after="200" w:line="324" w:lineRule="auto"/>
      </w:pPr>
      <w:r>
        <w:rPr>
          <w:rFonts w:ascii="Noto Sans Devanagari" w:hAnsi="Noto Sans Devanagari" w:eastAsia="Noto Sans Devanagari" w:cs="Noto Sans Devanagari"/>
          <w:b w:val="0"/>
          <w:color w:val="475569"/>
          <w:sz w:val="21"/>
        </w:rPr>
        <w:t>Python, input() और if/else जैसे कोड के जरूरी शब्द उसी रूप में रखे गए हैं जैसा वे प्रोग्राम लिखते समय दिखाई देंगे। बाकी समझाने वाली सामग्री हिन्दी में है।</w:t>
      </w:r>
    </w:p>
    <w:p>
      <w:pPr>
        <w:pStyle w:val="ListBullet"/>
        <w:spacing w:after="80" w:line="300" w:lineRule="auto"/>
      </w:pPr>
      <w:r>
        <w:rPr>
          <w:rFonts w:ascii="Noto Sans Devanagari" w:hAnsi="Noto Sans Devanagari" w:eastAsia="Noto Sans Devanagari" w:cs="Noto Sans Devanagari"/>
          <w:color w:val="334155"/>
          <w:sz w:val="22"/>
        </w:rPr>
        <w:t>लैपटॉप या स्कूल कंप्यूटर पर काम करें।</w:t>
      </w:r>
    </w:p>
    <w:p>
      <w:pPr>
        <w:pStyle w:val="ListBullet"/>
        <w:spacing w:after="80" w:line="300" w:lineRule="auto"/>
      </w:pPr>
      <w:r>
        <w:rPr>
          <w:rFonts w:ascii="Noto Sans Devanagari" w:hAnsi="Noto Sans Devanagari" w:eastAsia="Noto Sans Devanagari" w:cs="Noto Sans Devanagari"/>
          <w:color w:val="334155"/>
          <w:sz w:val="22"/>
        </w:rPr>
        <w:t>कोड को पंक्ति-दर-पंक्ति समझने की कोशिश करें।</w:t>
      </w:r>
    </w:p>
    <w:p>
      <w:pPr>
        <w:pStyle w:val="ListBullet"/>
        <w:spacing w:after="80" w:line="300" w:lineRule="auto"/>
      </w:pPr>
      <w:r>
        <w:rPr>
          <w:rFonts w:ascii="Noto Sans Devanagari" w:hAnsi="Noto Sans Devanagari" w:eastAsia="Noto Sans Devanagari" w:cs="Noto Sans Devanagari"/>
          <w:color w:val="334155"/>
          <w:sz w:val="22"/>
        </w:rPr>
        <w:t>AI से मिले उत्तर को जाँचे बिना जमा न करें।</w:t>
      </w:r>
    </w:p>
    <w:p>
      <w:pPr>
        <w:pStyle w:val="ListBullet"/>
        <w:spacing w:after="80" w:line="300" w:lineRule="auto"/>
      </w:pPr>
      <w:r>
        <w:rPr>
          <w:rFonts w:ascii="Noto Sans Devanagari" w:hAnsi="Noto Sans Devanagari" w:eastAsia="Noto Sans Devanagari" w:cs="Noto Sans Devanagari"/>
          <w:color w:val="334155"/>
          <w:sz w:val="22"/>
        </w:rPr>
        <w:t>फोन नंबर, पता, पासवर्ड या दूसरी निजी जानकारी सार्वजनिक AI साधनों में साझा न करें।</w:t>
      </w:r>
    </w:p>
    <w:p>
      <w:r>
        <w:rPr>
          <w:rFonts w:ascii="Noto Sans Devanagari" w:hAnsi="Noto Sans Devanagari" w:eastAsia="Noto Sans Devanagari" w:cs="Noto Sans Devanagari"/>
          <w:color w:val="334155"/>
          <w:sz w:val="23"/>
        </w:rPr>
        <w:br w:type="page"/>
      </w:r>
    </w:p>
    <w:p>
      <w:pPr>
        <w:keepNext/>
        <w:spacing w:before="240" w:after="160"/>
      </w:pPr>
      <w:r>
        <w:rPr>
          <w:rFonts w:ascii="Noto Sans Devanagari" w:hAnsi="Noto Sans Devanagari" w:eastAsia="Noto Sans Devanagari" w:cs="Noto Sans Devanagari"/>
          <w:b/>
          <w:color w:val="0B1F3A"/>
          <w:sz w:val="38"/>
        </w:rPr>
        <w:t>1. समस्या को छोटे चरणों में बाँटना</w:t>
      </w:r>
    </w:p>
    <w:p>
      <w:pPr>
        <w:spacing w:after="140" w:line="307" w:lineRule="auto"/>
      </w:pPr>
      <w:r>
        <w:rPr>
          <w:rFonts w:ascii="Noto Sans Devanagari" w:hAnsi="Noto Sans Devanagari" w:eastAsia="Noto Sans Devanagari" w:cs="Noto Sans Devanagari"/>
          <w:b w:val="0"/>
          <w:color w:val="334155"/>
          <w:sz w:val="23"/>
        </w:rPr>
        <w:t>कोडिंग शुरू करने से पहले सबसे जरूरी कौशल है किसी समस्या को छोटे, साफ और क्रमबद्ध चरणों में बाँटना। इसे समस्या को व्यवस्थित ढंग से सोचने और हल करने की आदत कह सकते हैं।</w:t>
      </w:r>
    </w:p>
    <w:tbl>
      <w:tblPr>
        <w:tblW w:type="auto" w:w="0"/>
        <w:jc w:val="center"/>
        <w:tblLook w:firstColumn="1" w:firstRow="1" w:lastColumn="0" w:lastRow="0" w:noHBand="0" w:noVBand="1" w:val="04A0"/>
      </w:tblPr>
      <w:tblGrid>
        <w:gridCol w:w="10224"/>
      </w:tblGrid>
      <w:tr>
        <w:tc>
          <w:tcPr>
            <w:tcW w:type="dxa" w:w="10224"/>
            <w:shd w:fill="EAF2FF"/>
            <w:tcMar>
              <w:top w:w="180" w:type="dxa"/>
              <w:start w:w="200" w:type="dxa"/>
              <w:bottom w:w="180" w:type="dxa"/>
              <w:end w:w="200" w:type="dxa"/>
            </w:tcMar>
          </w:tcPr>
          <w:p>
            <w:pPr>
              <w:spacing w:after="60"/>
            </w:pPr>
            <w:r>
              <w:rPr>
                <w:rFonts w:ascii="Noto Sans Devanagari" w:hAnsi="Noto Sans Devanagari" w:eastAsia="Noto Sans Devanagari" w:cs="Noto Sans Devanagari"/>
                <w:b/>
                <w:color w:val="0B1F3A"/>
                <w:sz w:val="23"/>
              </w:rPr>
              <w:t>गतिविधि</w:t>
            </w:r>
          </w:p>
          <w:p>
            <w:pPr>
              <w:spacing w:after="0" w:line="300" w:lineRule="auto"/>
            </w:pPr>
            <w:r>
              <w:rPr>
                <w:rFonts w:ascii="Noto Sans Devanagari" w:hAnsi="Noto Sans Devanagari" w:eastAsia="Noto Sans Devanagari" w:cs="Noto Sans Devanagari"/>
                <w:color w:val="0B1F3A"/>
                <w:sz w:val="21"/>
              </w:rPr>
              <w:t>रोज़ का कोई काम चुनें—जैसे स्कूल के लिए तैयार होना, चाय बनाना या लाइब्रेरी से किताब लेना—और उसके 5 से 8 स्पष्ट चरण लिखें।</w:t>
            </w:r>
          </w:p>
        </w:tc>
      </w:tr>
    </w:tbl>
    <w:p>
      <w:pPr>
        <w:pStyle w:val="ListBullet"/>
        <w:spacing w:after="80" w:line="300" w:lineRule="auto"/>
      </w:pPr>
      <w:r>
        <w:rPr>
          <w:rFonts w:ascii="Noto Sans Devanagari" w:hAnsi="Noto Sans Devanagari" w:eastAsia="Noto Sans Devanagari" w:cs="Noto Sans Devanagari"/>
          <w:color w:val="334155"/>
          <w:sz w:val="22"/>
        </w:rPr>
        <w:t>हर चरण इतना साफ हो कि कोई दूसरा व्यक्ति उसे पढ़कर कर सके।</w:t>
      </w:r>
    </w:p>
    <w:p>
      <w:pPr>
        <w:pStyle w:val="ListBullet"/>
        <w:spacing w:after="80" w:line="300" w:lineRule="auto"/>
      </w:pPr>
      <w:r>
        <w:rPr>
          <w:rFonts w:ascii="Noto Sans Devanagari" w:hAnsi="Noto Sans Devanagari" w:eastAsia="Noto Sans Devanagari" w:cs="Noto Sans Devanagari"/>
          <w:color w:val="334155"/>
          <w:sz w:val="22"/>
        </w:rPr>
        <w:t>देखें कौन-से चरण बार-बार दोहरते हैं।</w:t>
      </w:r>
    </w:p>
    <w:p>
      <w:pPr>
        <w:pStyle w:val="ListBullet"/>
        <w:spacing w:after="80" w:line="300" w:lineRule="auto"/>
      </w:pPr>
      <w:r>
        <w:rPr>
          <w:rFonts w:ascii="Noto Sans Devanagari" w:hAnsi="Noto Sans Devanagari" w:eastAsia="Noto Sans Devanagari" w:cs="Noto Sans Devanagari"/>
          <w:color w:val="334155"/>
          <w:sz w:val="22"/>
        </w:rPr>
        <w:t>सोचें कि कंप्यूटर को किस चरण पर कौन-सी जानकारी चाहिए होगी।</w:t>
      </w:r>
    </w:p>
    <w:p>
      <w:pPr>
        <w:spacing w:after="140" w:line="307" w:lineRule="auto"/>
      </w:pPr>
      <w:r>
        <w:rPr>
          <w:rFonts w:ascii="Noto Sans Devanagari" w:hAnsi="Noto Sans Devanagari" w:eastAsia="Noto Sans Devanagari" w:cs="Noto Sans Devanagari"/>
          <w:b/>
          <w:color w:val="0B1F3A"/>
          <w:sz w:val="23"/>
        </w:rPr>
        <w:t>उदाहरण: उपस्थिति दर्ज करने के चरण</w:t>
      </w:r>
    </w:p>
    <w:p>
      <w:pPr>
        <w:pStyle w:val="ListBullet"/>
        <w:spacing w:after="80" w:line="300" w:lineRule="auto"/>
      </w:pPr>
      <w:r>
        <w:rPr>
          <w:rFonts w:ascii="Noto Sans Devanagari" w:hAnsi="Noto Sans Devanagari" w:eastAsia="Noto Sans Devanagari" w:cs="Noto Sans Devanagari"/>
          <w:color w:val="334155"/>
          <w:sz w:val="22"/>
        </w:rPr>
        <w:t>छात्र का नाम लें।</w:t>
      </w:r>
    </w:p>
    <w:p>
      <w:pPr>
        <w:pStyle w:val="ListBullet"/>
        <w:spacing w:after="80" w:line="300" w:lineRule="auto"/>
      </w:pPr>
      <w:r>
        <w:rPr>
          <w:rFonts w:ascii="Noto Sans Devanagari" w:hAnsi="Noto Sans Devanagari" w:eastAsia="Noto Sans Devanagari" w:cs="Noto Sans Devanagari"/>
          <w:color w:val="334155"/>
          <w:sz w:val="22"/>
        </w:rPr>
        <w:t>पूछें कि छात्र उपस्थित है या नहीं।</w:t>
      </w:r>
    </w:p>
    <w:p>
      <w:pPr>
        <w:pStyle w:val="ListBullet"/>
        <w:spacing w:after="80" w:line="300" w:lineRule="auto"/>
      </w:pPr>
      <w:r>
        <w:rPr>
          <w:rFonts w:ascii="Noto Sans Devanagari" w:hAnsi="Noto Sans Devanagari" w:eastAsia="Noto Sans Devanagari" w:cs="Noto Sans Devanagari"/>
          <w:color w:val="334155"/>
          <w:sz w:val="22"/>
        </w:rPr>
        <w:t>जवाब सहेजें।</w:t>
      </w:r>
    </w:p>
    <w:p>
      <w:pPr>
        <w:pStyle w:val="ListBullet"/>
        <w:spacing w:after="80" w:line="300" w:lineRule="auto"/>
      </w:pPr>
      <w:r>
        <w:rPr>
          <w:rFonts w:ascii="Noto Sans Devanagari" w:hAnsi="Noto Sans Devanagari" w:eastAsia="Noto Sans Devanagari" w:cs="Noto Sans Devanagari"/>
          <w:color w:val="334155"/>
          <w:sz w:val="22"/>
        </w:rPr>
        <w:t>अगले छात्र के लिए यही प्रक्रिया दोहराएँ।</w:t>
      </w:r>
    </w:p>
    <w:p>
      <w:pPr>
        <w:pStyle w:val="ListBullet"/>
        <w:spacing w:after="80" w:line="300" w:lineRule="auto"/>
      </w:pPr>
      <w:r>
        <w:rPr>
          <w:rFonts w:ascii="Noto Sans Devanagari" w:hAnsi="Noto Sans Devanagari" w:eastAsia="Noto Sans Devanagari" w:cs="Noto Sans Devanagari"/>
          <w:color w:val="334155"/>
          <w:sz w:val="22"/>
        </w:rPr>
        <w:t>अंत में उपस्थित छात्रों की कुल संख्या दिखाएँ।</w:t>
      </w:r>
    </w:p>
    <w:p>
      <w:pPr>
        <w:keepNext/>
        <w:spacing w:before="240" w:after="160"/>
      </w:pPr>
      <w:r>
        <w:rPr>
          <w:rFonts w:ascii="Noto Sans Devanagari" w:hAnsi="Noto Sans Devanagari" w:eastAsia="Noto Sans Devanagari" w:cs="Noto Sans Devanagari"/>
          <w:b/>
          <w:color w:val="0B1F3A"/>
          <w:sz w:val="38"/>
        </w:rPr>
        <w:t>2. Python की बुनियाद: वेरिएबल, इनपुट और आउटपुट</w:t>
      </w:r>
    </w:p>
    <w:p>
      <w:pPr>
        <w:spacing w:after="140" w:line="307" w:lineRule="auto"/>
      </w:pPr>
      <w:r>
        <w:rPr>
          <w:rFonts w:ascii="Noto Sans Devanagari" w:hAnsi="Noto Sans Devanagari" w:eastAsia="Noto Sans Devanagari" w:cs="Noto Sans Devanagari"/>
          <w:b w:val="0"/>
          <w:color w:val="334155"/>
          <w:sz w:val="23"/>
        </w:rPr>
        <w:t>वेरिएबल जानकारी को नाम देकर रखने का तरीका है। input() उपयोगकर्ता से जानकारी लेता है और print() स्क्रीन पर परिणाम दिखाता है।</w:t>
      </w:r>
    </w:p>
    <w:tbl>
      <w:tblPr>
        <w:tblW w:type="auto" w:w="0"/>
        <w:jc w:val="center"/>
        <w:tblLook w:firstColumn="1" w:firstRow="1" w:lastColumn="0" w:lastRow="0" w:noHBand="0" w:noVBand="1" w:val="04A0"/>
      </w:tblPr>
      <w:tblGrid>
        <w:gridCol w:w="10224"/>
      </w:tblGrid>
      <w:tr>
        <w:tc>
          <w:tcPr>
            <w:tcW w:type="dxa" w:w="10224"/>
            <w:shd w:fill="0B1220"/>
            <w:tcMar>
              <w:top w:w="160" w:type="dxa"/>
              <w:start w:w="180" w:type="dxa"/>
              <w:bottom w:w="160" w:type="dxa"/>
              <w:end w:w="180" w:type="dxa"/>
            </w:tcMar>
          </w:tcPr>
          <w:p>
            <w:pPr>
              <w:spacing w:after="0" w:line="252" w:lineRule="auto"/>
            </w:pPr>
            <w:r>
              <w:rPr>
                <w:rFonts w:ascii="Liberation Mono" w:hAnsi="Liberation Mono" w:eastAsia="Noto Sans Devanagari"/>
                <w:color w:val="E2E8F0"/>
                <w:sz w:val="19"/>
              </w:rPr>
              <w:t>name = input("आपका नाम क्या है? ")</w:t>
              <w:br/>
              <w:t>age = 13</w:t>
              <w:br/>
              <w:t>print("नमस्ते", name)</w:t>
              <w:br/>
              <w:t>print("उम्र:", age)</w:t>
            </w:r>
          </w:p>
        </w:tc>
      </w:tr>
    </w:tbl>
    <w:p>
      <w:pPr>
        <w:spacing w:after="40" w:line="307" w:lineRule="auto"/>
      </w:pPr>
      <w:r>
        <w:rPr>
          <w:rFonts w:ascii="Noto Sans Devanagari" w:hAnsi="Noto Sans Devanagari" w:eastAsia="Noto Sans Devanagari" w:cs="Noto Sans Devanagari"/>
          <w:b w:val="0"/>
          <w:color w:val="334155"/>
          <w:sz w:val="4"/>
        </w:rPr>
      </w:r>
    </w:p>
    <w:p>
      <w:pPr>
        <w:spacing w:after="140" w:line="307" w:lineRule="auto"/>
      </w:pPr>
      <w:r>
        <w:rPr>
          <w:rFonts w:ascii="Noto Sans Devanagari" w:hAnsi="Noto Sans Devanagari" w:eastAsia="Noto Sans Devanagari" w:cs="Noto Sans Devanagari"/>
          <w:b/>
          <w:color w:val="0B5EE8"/>
          <w:sz w:val="23"/>
        </w:rPr>
        <w:t>अभ्यास</w:t>
      </w:r>
    </w:p>
    <w:p>
      <w:pPr>
        <w:pStyle w:val="ListBullet"/>
        <w:spacing w:after="80" w:line="300" w:lineRule="auto"/>
      </w:pPr>
      <w:r>
        <w:rPr>
          <w:rFonts w:ascii="Noto Sans Devanagari" w:hAnsi="Noto Sans Devanagari" w:eastAsia="Noto Sans Devanagari" w:cs="Noto Sans Devanagari"/>
          <w:color w:val="334155"/>
          <w:sz w:val="22"/>
        </w:rPr>
        <w:t>नाम के साथ उम्र या पसंदीदा विषय पूछें।</w:t>
      </w:r>
    </w:p>
    <w:p>
      <w:pPr>
        <w:pStyle w:val="ListBullet"/>
        <w:spacing w:after="80" w:line="300" w:lineRule="auto"/>
      </w:pPr>
      <w:r>
        <w:rPr>
          <w:rFonts w:ascii="Noto Sans Devanagari" w:hAnsi="Noto Sans Devanagari" w:eastAsia="Noto Sans Devanagari" w:cs="Noto Sans Devanagari"/>
          <w:color w:val="334155"/>
          <w:sz w:val="22"/>
        </w:rPr>
        <w:t>एक नया वेरिएबल school बनाएँ और स्कूल का नाम सहेजें।</w:t>
      </w:r>
    </w:p>
    <w:p>
      <w:pPr>
        <w:pStyle w:val="ListBullet"/>
        <w:spacing w:after="80" w:line="300" w:lineRule="auto"/>
      </w:pPr>
      <w:r>
        <w:rPr>
          <w:rFonts w:ascii="Noto Sans Devanagari" w:hAnsi="Noto Sans Devanagari" w:eastAsia="Noto Sans Devanagari" w:cs="Noto Sans Devanagari"/>
          <w:color w:val="334155"/>
          <w:sz w:val="22"/>
        </w:rPr>
        <w:t>print() की मदद से पूरा वाक्य स्क्रीन पर दिखाएँ।</w:t>
      </w:r>
    </w:p>
    <w:p>
      <w:pPr>
        <w:keepNext/>
        <w:spacing w:before="240" w:after="160"/>
      </w:pPr>
      <w:r>
        <w:rPr>
          <w:rFonts w:ascii="Noto Sans Devanagari" w:hAnsi="Noto Sans Devanagari" w:eastAsia="Noto Sans Devanagari" w:cs="Noto Sans Devanagari"/>
          <w:b/>
          <w:color w:val="0B1F3A"/>
          <w:sz w:val="38"/>
        </w:rPr>
        <w:t>3. शर्तें, लूप और फ़ंक्शन</w:t>
      </w:r>
    </w:p>
    <w:p>
      <w:pPr>
        <w:spacing w:after="140" w:line="307" w:lineRule="auto"/>
      </w:pPr>
      <w:r>
        <w:rPr>
          <w:rFonts w:ascii="Noto Sans Devanagari" w:hAnsi="Noto Sans Devanagari" w:eastAsia="Noto Sans Devanagari" w:cs="Noto Sans Devanagari"/>
          <w:b w:val="0"/>
          <w:color w:val="334155"/>
          <w:sz w:val="23"/>
        </w:rPr>
        <w:t>if/else प्रोग्राम को अलग स्थिति में अलग निर्णय लेने देता है। लूप किसी काम को बार-बार कराते हैं। फ़ंक्शन बार-बार उपयोग होने वाले कोड को व्यवस्थित रखने में मदद करते हैं।</w:t>
      </w:r>
    </w:p>
    <w:p>
      <w:pPr>
        <w:spacing w:after="140" w:line="307" w:lineRule="auto"/>
      </w:pPr>
      <w:r>
        <w:rPr>
          <w:rFonts w:ascii="Noto Sans Devanagari" w:hAnsi="Noto Sans Devanagari" w:eastAsia="Noto Sans Devanagari" w:cs="Noto Sans Devanagari"/>
          <w:b/>
          <w:color w:val="0B1F3A"/>
          <w:sz w:val="23"/>
        </w:rPr>
        <w:t>if / else</w:t>
      </w:r>
    </w:p>
    <w:tbl>
      <w:tblPr>
        <w:tblW w:type="auto" w:w="0"/>
        <w:jc w:val="center"/>
        <w:tblLook w:firstColumn="1" w:firstRow="1" w:lastColumn="0" w:lastRow="0" w:noHBand="0" w:noVBand="1" w:val="04A0"/>
      </w:tblPr>
      <w:tblGrid>
        <w:gridCol w:w="10224"/>
      </w:tblGrid>
      <w:tr>
        <w:tc>
          <w:tcPr>
            <w:tcW w:type="dxa" w:w="10224"/>
            <w:shd w:fill="0B1220"/>
            <w:tcMar>
              <w:top w:w="160" w:type="dxa"/>
              <w:start w:w="180" w:type="dxa"/>
              <w:bottom w:w="160" w:type="dxa"/>
              <w:end w:w="180" w:type="dxa"/>
            </w:tcMar>
          </w:tcPr>
          <w:p>
            <w:pPr>
              <w:spacing w:after="0" w:line="252" w:lineRule="auto"/>
            </w:pPr>
            <w:r>
              <w:rPr>
                <w:rFonts w:ascii="Liberation Mono" w:hAnsi="Liberation Mono" w:eastAsia="Noto Sans Devanagari"/>
                <w:color w:val="E2E8F0"/>
                <w:sz w:val="19"/>
              </w:rPr>
              <w:t>answer = input("5 x 6 कितना है? ")</w:t>
              <w:br/>
              <w:br/>
              <w:t>if answer == "30":</w:t>
              <w:br/>
              <w:t xml:space="preserve">    print("सही!")</w:t>
              <w:br/>
              <w:t>else:</w:t>
              <w:br/>
              <w:t xml:space="preserve">    print("फिर कोशिश करें।")</w:t>
            </w:r>
          </w:p>
        </w:tc>
      </w:tr>
    </w:tbl>
    <w:p>
      <w:pPr>
        <w:spacing w:after="40" w:line="307" w:lineRule="auto"/>
      </w:pPr>
      <w:r>
        <w:rPr>
          <w:rFonts w:ascii="Noto Sans Devanagari" w:hAnsi="Noto Sans Devanagari" w:eastAsia="Noto Sans Devanagari" w:cs="Noto Sans Devanagari"/>
          <w:b w:val="0"/>
          <w:color w:val="334155"/>
          <w:sz w:val="4"/>
        </w:rPr>
      </w:r>
    </w:p>
    <w:p>
      <w:pPr>
        <w:spacing w:after="140" w:line="307" w:lineRule="auto"/>
      </w:pPr>
      <w:r>
        <w:rPr>
          <w:rFonts w:ascii="Noto Sans Devanagari" w:hAnsi="Noto Sans Devanagari" w:eastAsia="Noto Sans Devanagari" w:cs="Noto Sans Devanagari"/>
          <w:b/>
          <w:color w:val="0B1F3A"/>
          <w:sz w:val="23"/>
        </w:rPr>
        <w:t>लूप</w:t>
      </w:r>
    </w:p>
    <w:tbl>
      <w:tblPr>
        <w:tblW w:type="auto" w:w="0"/>
        <w:jc w:val="center"/>
        <w:tblLook w:firstColumn="1" w:firstRow="1" w:lastColumn="0" w:lastRow="0" w:noHBand="0" w:noVBand="1" w:val="04A0"/>
      </w:tblPr>
      <w:tblGrid>
        <w:gridCol w:w="10224"/>
      </w:tblGrid>
      <w:tr>
        <w:tc>
          <w:tcPr>
            <w:tcW w:type="dxa" w:w="10224"/>
            <w:shd w:fill="0B1220"/>
            <w:tcMar>
              <w:top w:w="160" w:type="dxa"/>
              <w:start w:w="180" w:type="dxa"/>
              <w:bottom w:w="160" w:type="dxa"/>
              <w:end w:w="180" w:type="dxa"/>
            </w:tcMar>
          </w:tcPr>
          <w:p>
            <w:pPr>
              <w:spacing w:after="0" w:line="252" w:lineRule="auto"/>
            </w:pPr>
            <w:r>
              <w:rPr>
                <w:rFonts w:ascii="Liberation Mono" w:hAnsi="Liberation Mono" w:eastAsia="Noto Sans Devanagari"/>
                <w:color w:val="E2E8F0"/>
                <w:sz w:val="19"/>
              </w:rPr>
              <w:t>for number in range(1, 6):</w:t>
              <w:br/>
              <w:t xml:space="preserve">    print(number)</w:t>
            </w:r>
          </w:p>
        </w:tc>
      </w:tr>
    </w:tbl>
    <w:p>
      <w:pPr>
        <w:spacing w:after="40" w:line="307" w:lineRule="auto"/>
      </w:pPr>
      <w:r>
        <w:rPr>
          <w:rFonts w:ascii="Noto Sans Devanagari" w:hAnsi="Noto Sans Devanagari" w:eastAsia="Noto Sans Devanagari" w:cs="Noto Sans Devanagari"/>
          <w:b w:val="0"/>
          <w:color w:val="334155"/>
          <w:sz w:val="4"/>
        </w:rPr>
      </w:r>
    </w:p>
    <w:p>
      <w:pPr>
        <w:spacing w:after="140" w:line="307" w:lineRule="auto"/>
      </w:pPr>
      <w:r>
        <w:rPr>
          <w:rFonts w:ascii="Noto Sans Devanagari" w:hAnsi="Noto Sans Devanagari" w:eastAsia="Noto Sans Devanagari" w:cs="Noto Sans Devanagari"/>
          <w:b/>
          <w:color w:val="0B1F3A"/>
          <w:sz w:val="23"/>
        </w:rPr>
        <w:t>फ़ंक्शन</w:t>
      </w:r>
    </w:p>
    <w:tbl>
      <w:tblPr>
        <w:tblW w:type="auto" w:w="0"/>
        <w:jc w:val="center"/>
        <w:tblLook w:firstColumn="1" w:firstRow="1" w:lastColumn="0" w:lastRow="0" w:noHBand="0" w:noVBand="1" w:val="04A0"/>
      </w:tblPr>
      <w:tblGrid>
        <w:gridCol w:w="10224"/>
      </w:tblGrid>
      <w:tr>
        <w:tc>
          <w:tcPr>
            <w:tcW w:type="dxa" w:w="10224"/>
            <w:shd w:fill="0B1220"/>
            <w:tcMar>
              <w:top w:w="160" w:type="dxa"/>
              <w:start w:w="180" w:type="dxa"/>
              <w:bottom w:w="160" w:type="dxa"/>
              <w:end w:w="180" w:type="dxa"/>
            </w:tcMar>
          </w:tcPr>
          <w:p>
            <w:pPr>
              <w:spacing w:after="0" w:line="252" w:lineRule="auto"/>
            </w:pPr>
            <w:r>
              <w:rPr>
                <w:rFonts w:ascii="Liberation Mono" w:hAnsi="Liberation Mono" w:eastAsia="Noto Sans Devanagari"/>
                <w:color w:val="E2E8F0"/>
                <w:sz w:val="19"/>
              </w:rPr>
              <w:t>def greet(name):</w:t>
              <w:br/>
              <w:t xml:space="preserve">    print("नमस्ते", name)</w:t>
              <w:br/>
              <w:br/>
              <w:t>greet("Riya")</w:t>
            </w:r>
          </w:p>
        </w:tc>
      </w:tr>
    </w:tbl>
    <w:p>
      <w:pPr>
        <w:spacing w:after="40" w:line="307" w:lineRule="auto"/>
      </w:pPr>
      <w:r>
        <w:rPr>
          <w:rFonts w:ascii="Noto Sans Devanagari" w:hAnsi="Noto Sans Devanagari" w:eastAsia="Noto Sans Devanagari" w:cs="Noto Sans Devanagari"/>
          <w:b w:val="0"/>
          <w:color w:val="334155"/>
          <w:sz w:val="4"/>
        </w:rPr>
      </w:r>
    </w:p>
    <w:p>
      <w:r>
        <w:rPr>
          <w:rFonts w:ascii="Noto Sans Devanagari" w:hAnsi="Noto Sans Devanagari" w:eastAsia="Noto Sans Devanagari" w:cs="Noto Sans Devanagari"/>
          <w:color w:val="334155"/>
          <w:sz w:val="23"/>
        </w:rPr>
        <w:br w:type="page"/>
      </w:r>
    </w:p>
    <w:p>
      <w:pPr>
        <w:keepNext/>
        <w:spacing w:before="240" w:after="160"/>
      </w:pPr>
      <w:r>
        <w:rPr>
          <w:rFonts w:ascii="Noto Sans Devanagari" w:hAnsi="Noto Sans Devanagari" w:eastAsia="Noto Sans Devanagari" w:cs="Noto Sans Devanagari"/>
          <w:b/>
          <w:color w:val="0B1F3A"/>
          <w:sz w:val="38"/>
        </w:rPr>
        <w:t>4. AI क्या है?</w:t>
      </w:r>
    </w:p>
    <w:p>
      <w:pPr>
        <w:spacing w:after="140" w:line="307" w:lineRule="auto"/>
      </w:pPr>
      <w:r>
        <w:rPr>
          <w:rFonts w:ascii="Noto Sans Devanagari" w:hAnsi="Noto Sans Devanagari" w:eastAsia="Noto Sans Devanagari" w:cs="Noto Sans Devanagari"/>
          <w:b w:val="0"/>
          <w:color w:val="334155"/>
          <w:sz w:val="23"/>
        </w:rPr>
        <w:t>कृत्रिम बुद्धिमत्ता (AI) ऐसे कंप्यूटर प्रोग्राम और प्रणालियों का क्षेत्र है जो डेटा या उदाहरणों में पैटर्न पहचानकर अनुमान, वर्गीकरण या नई सामग्री बनाने जैसे काम कर सकते हैं।</w:t>
      </w:r>
    </w:p>
    <w:tbl>
      <w:tblPr>
        <w:tblW w:type="auto" w:w="0"/>
        <w:jc w:val="center"/>
        <w:tblLook w:firstColumn="1" w:firstRow="1" w:lastColumn="0" w:lastRow="0" w:noHBand="0" w:noVBand="1" w:val="04A0"/>
      </w:tblPr>
      <w:tblGrid>
        <w:gridCol w:w="10224"/>
      </w:tblGrid>
      <w:tr>
        <w:tc>
          <w:tcPr>
            <w:tcW w:type="dxa" w:w="10224"/>
            <w:shd w:fill="F5F3FF"/>
            <w:tcMar>
              <w:top w:w="180" w:type="dxa"/>
              <w:start w:w="200" w:type="dxa"/>
              <w:bottom w:w="180" w:type="dxa"/>
              <w:end w:w="200" w:type="dxa"/>
            </w:tcMar>
          </w:tcPr>
          <w:p>
            <w:pPr>
              <w:spacing w:after="60"/>
            </w:pPr>
            <w:r>
              <w:rPr>
                <w:rFonts w:ascii="Noto Sans Devanagari" w:hAnsi="Noto Sans Devanagari" w:eastAsia="Noto Sans Devanagari" w:cs="Noto Sans Devanagari"/>
                <w:b/>
                <w:color w:val="4C1D95"/>
                <w:sz w:val="23"/>
              </w:rPr>
              <w:t>ट्रेनिंग डेटा</w:t>
            </w:r>
          </w:p>
          <w:p>
            <w:pPr>
              <w:spacing w:after="0" w:line="300" w:lineRule="auto"/>
            </w:pPr>
            <w:r>
              <w:rPr>
                <w:rFonts w:ascii="Noto Sans Devanagari" w:hAnsi="Noto Sans Devanagari" w:eastAsia="Noto Sans Devanagari" w:cs="Noto Sans Devanagari"/>
                <w:color w:val="4C1D95"/>
                <w:sz w:val="21"/>
              </w:rPr>
              <w:t>वे उदाहरण जिनसे मॉडल सीखता है।</w:t>
            </w:r>
          </w:p>
        </w:tc>
      </w:tr>
    </w:tbl>
    <w:tbl>
      <w:tblPr>
        <w:tblW w:type="auto" w:w="0"/>
        <w:jc w:val="center"/>
        <w:tblLook w:firstColumn="1" w:firstRow="1" w:lastColumn="0" w:lastRow="0" w:noHBand="0" w:noVBand="1" w:val="04A0"/>
      </w:tblPr>
      <w:tblGrid>
        <w:gridCol w:w="10224"/>
      </w:tblGrid>
      <w:tr>
        <w:tc>
          <w:tcPr>
            <w:tcW w:type="dxa" w:w="10224"/>
            <w:shd w:fill="F5F3FF"/>
            <w:tcMar>
              <w:top w:w="180" w:type="dxa"/>
              <w:start w:w="200" w:type="dxa"/>
              <w:bottom w:w="180" w:type="dxa"/>
              <w:end w:w="200" w:type="dxa"/>
            </w:tcMar>
          </w:tcPr>
          <w:p>
            <w:pPr>
              <w:spacing w:after="60"/>
            </w:pPr>
            <w:r>
              <w:rPr>
                <w:rFonts w:ascii="Noto Sans Devanagari" w:hAnsi="Noto Sans Devanagari" w:eastAsia="Noto Sans Devanagari" w:cs="Noto Sans Devanagari"/>
                <w:b/>
                <w:color w:val="4C1D95"/>
                <w:sz w:val="23"/>
              </w:rPr>
              <w:t>मॉडल</w:t>
            </w:r>
          </w:p>
          <w:p>
            <w:pPr>
              <w:spacing w:after="0" w:line="300" w:lineRule="auto"/>
            </w:pPr>
            <w:r>
              <w:rPr>
                <w:rFonts w:ascii="Noto Sans Devanagari" w:hAnsi="Noto Sans Devanagari" w:eastAsia="Noto Sans Devanagari" w:cs="Noto Sans Devanagari"/>
                <w:color w:val="4C1D95"/>
                <w:sz w:val="21"/>
              </w:rPr>
              <w:t>डेटा में सीखे गए पैटर्न का गणनात्मक रूप।</w:t>
            </w:r>
          </w:p>
        </w:tc>
      </w:tr>
    </w:tbl>
    <w:tbl>
      <w:tblPr>
        <w:tblW w:type="auto" w:w="0"/>
        <w:jc w:val="center"/>
        <w:tblLook w:firstColumn="1" w:firstRow="1" w:lastColumn="0" w:lastRow="0" w:noHBand="0" w:noVBand="1" w:val="04A0"/>
      </w:tblPr>
      <w:tblGrid>
        <w:gridCol w:w="10224"/>
      </w:tblGrid>
      <w:tr>
        <w:tc>
          <w:tcPr>
            <w:tcW w:type="dxa" w:w="10224"/>
            <w:shd w:fill="F5F3FF"/>
            <w:tcMar>
              <w:top w:w="180" w:type="dxa"/>
              <w:start w:w="200" w:type="dxa"/>
              <w:bottom w:w="180" w:type="dxa"/>
              <w:end w:w="200" w:type="dxa"/>
            </w:tcMar>
          </w:tcPr>
          <w:p>
            <w:pPr>
              <w:spacing w:after="60"/>
            </w:pPr>
            <w:r>
              <w:rPr>
                <w:rFonts w:ascii="Noto Sans Devanagari" w:hAnsi="Noto Sans Devanagari" w:eastAsia="Noto Sans Devanagari" w:cs="Noto Sans Devanagari"/>
                <w:b/>
                <w:color w:val="4C1D95"/>
                <w:sz w:val="23"/>
              </w:rPr>
              <w:t>अनुमान (inference)</w:t>
            </w:r>
          </w:p>
          <w:p>
            <w:pPr>
              <w:spacing w:after="0" w:line="300" w:lineRule="auto"/>
            </w:pPr>
            <w:r>
              <w:rPr>
                <w:rFonts w:ascii="Noto Sans Devanagari" w:hAnsi="Noto Sans Devanagari" w:eastAsia="Noto Sans Devanagari" w:cs="Noto Sans Devanagari"/>
                <w:color w:val="4C1D95"/>
                <w:sz w:val="21"/>
              </w:rPr>
              <w:t>नए इनपुट पर प्रशिक्षित मॉडल का परिणाम।</w:t>
            </w:r>
          </w:p>
        </w:tc>
      </w:tr>
    </w:tbl>
    <w:tbl>
      <w:tblPr>
        <w:tblW w:type="auto" w:w="0"/>
        <w:jc w:val="center"/>
        <w:tblLook w:firstColumn="1" w:firstRow="1" w:lastColumn="0" w:lastRow="0" w:noHBand="0" w:noVBand="1" w:val="04A0"/>
      </w:tblPr>
      <w:tblGrid>
        <w:gridCol w:w="10224"/>
      </w:tblGrid>
      <w:tr>
        <w:tc>
          <w:tcPr>
            <w:tcW w:type="dxa" w:w="10224"/>
            <w:shd w:fill="F5F3FF"/>
            <w:tcMar>
              <w:top w:w="180" w:type="dxa"/>
              <w:start w:w="200" w:type="dxa"/>
              <w:bottom w:w="180" w:type="dxa"/>
              <w:end w:w="200" w:type="dxa"/>
            </w:tcMar>
          </w:tcPr>
          <w:p>
            <w:pPr>
              <w:spacing w:after="60"/>
            </w:pPr>
            <w:r>
              <w:rPr>
                <w:rFonts w:ascii="Noto Sans Devanagari" w:hAnsi="Noto Sans Devanagari" w:eastAsia="Noto Sans Devanagari" w:cs="Noto Sans Devanagari"/>
                <w:b/>
                <w:color w:val="4C1D95"/>
                <w:sz w:val="23"/>
              </w:rPr>
              <w:t>जनरेटिव AI</w:t>
            </w:r>
          </w:p>
          <w:p>
            <w:pPr>
              <w:spacing w:after="0" w:line="300" w:lineRule="auto"/>
            </w:pPr>
            <w:r>
              <w:rPr>
                <w:rFonts w:ascii="Noto Sans Devanagari" w:hAnsi="Noto Sans Devanagari" w:eastAsia="Noto Sans Devanagari" w:cs="Noto Sans Devanagari"/>
                <w:color w:val="4C1D95"/>
                <w:sz w:val="21"/>
              </w:rPr>
              <w:t>टेक्स्ट, चित्र, ऑडियो या कोड जैसी नई सामग्री बनाने वाला AI।</w:t>
            </w:r>
          </w:p>
        </w:tc>
      </w:tr>
    </w:tbl>
    <w:p>
      <w:pPr>
        <w:spacing w:after="140" w:line="307" w:lineRule="auto"/>
      </w:pPr>
      <w:r>
        <w:rPr>
          <w:rFonts w:ascii="Noto Sans Devanagari" w:hAnsi="Noto Sans Devanagari" w:eastAsia="Noto Sans Devanagari" w:cs="Noto Sans Devanagari"/>
          <w:b/>
          <w:color w:val="0B1F3A"/>
          <w:sz w:val="23"/>
        </w:rPr>
        <w:t>नियम-आधारित प्रोग्राम और मशीन लर्निंग में फर्क</w:t>
      </w:r>
    </w:p>
    <w:p>
      <w:pPr>
        <w:spacing w:after="140" w:line="307" w:lineRule="auto"/>
      </w:pPr>
      <w:r>
        <w:rPr>
          <w:rFonts w:ascii="Noto Sans Devanagari" w:hAnsi="Noto Sans Devanagari" w:eastAsia="Noto Sans Devanagari" w:cs="Noto Sans Devanagari"/>
          <w:b w:val="0"/>
          <w:color w:val="334155"/>
          <w:sz w:val="23"/>
        </w:rPr>
        <w:t>नियम-आधारित प्रोग्राम में हम नियम खुद लिखते हैं—जैसे “अगर अंक 90 से अधिक हैं तो A दिखाओ।” मशीन लर्निंग में मॉडल कई उदाहरण देखकर पैटर्न सीखता है। दोनों तरीकों का उपयोग अलग-अलग समस्याओं में होता है।</w:t>
      </w:r>
    </w:p>
    <w:p>
      <w:pPr>
        <w:keepNext/>
        <w:spacing w:before="240" w:after="160"/>
      </w:pPr>
      <w:r>
        <w:rPr>
          <w:rFonts w:ascii="Noto Sans Devanagari" w:hAnsi="Noto Sans Devanagari" w:eastAsia="Noto Sans Devanagari" w:cs="Noto Sans Devanagari"/>
          <w:b/>
          <w:color w:val="0B1F3A"/>
          <w:sz w:val="38"/>
        </w:rPr>
        <w:t>5. जिम्मेदार AI: जाँच, गोपनीयता और पक्षपात</w:t>
      </w:r>
    </w:p>
    <w:p>
      <w:pPr>
        <w:spacing w:after="140" w:line="307" w:lineRule="auto"/>
      </w:pPr>
      <w:r>
        <w:rPr>
          <w:rFonts w:ascii="Noto Sans Devanagari" w:hAnsi="Noto Sans Devanagari" w:eastAsia="Noto Sans Devanagari" w:cs="Noto Sans Devanagari"/>
          <w:b w:val="0"/>
          <w:color w:val="334155"/>
          <w:sz w:val="23"/>
        </w:rPr>
        <w:t>AI उपयोगी है, लेकिन उसका उत्तर हमेशा सही नहीं होता। छात्र को AI के उत्तर को अंतिम सत्य मानने के बजाय उसे जाँचना चाहिए।</w:t>
      </w:r>
    </w:p>
    <w:tbl>
      <w:tblPr>
        <w:tblW w:type="auto" w:w="0"/>
        <w:jc w:val="center"/>
        <w:tblLook w:firstColumn="1" w:firstRow="1" w:lastColumn="0" w:lastRow="0" w:noHBand="0" w:noVBand="1" w:val="04A0"/>
      </w:tblPr>
      <w:tblGrid>
        <w:gridCol w:w="10224"/>
      </w:tblGrid>
      <w:tr>
        <w:tc>
          <w:tcPr>
            <w:tcW w:type="dxa" w:w="10224"/>
            <w:shd w:fill="ECFDF5"/>
            <w:tcMar>
              <w:top w:w="180" w:type="dxa"/>
              <w:start w:w="200" w:type="dxa"/>
              <w:bottom w:w="180" w:type="dxa"/>
              <w:end w:w="200" w:type="dxa"/>
            </w:tcMar>
          </w:tcPr>
          <w:p>
            <w:pPr>
              <w:spacing w:after="60"/>
            </w:pPr>
            <w:r>
              <w:rPr>
                <w:rFonts w:ascii="Noto Sans Devanagari" w:hAnsi="Noto Sans Devanagari" w:eastAsia="Noto Sans Devanagari" w:cs="Noto Sans Devanagari"/>
                <w:b/>
                <w:color w:val="065F46"/>
                <w:sz w:val="23"/>
              </w:rPr>
              <w:t>तथ्य जाँचें</w:t>
            </w:r>
          </w:p>
          <w:p>
            <w:pPr>
              <w:spacing w:after="0" w:line="300" w:lineRule="auto"/>
            </w:pPr>
            <w:r>
              <w:rPr>
                <w:rFonts w:ascii="Noto Sans Devanagari" w:hAnsi="Noto Sans Devanagari" w:eastAsia="Noto Sans Devanagari" w:cs="Noto Sans Devanagari"/>
                <w:color w:val="065F46"/>
                <w:sz w:val="21"/>
              </w:rPr>
              <w:t>महत्वपूर्ण जानकारी को पाठ्यपुस्तक, शिक्षक या भरोसेमंद स्रोत से मिलाकर देखें।</w:t>
            </w:r>
          </w:p>
        </w:tc>
      </w:tr>
    </w:tbl>
    <w:tbl>
      <w:tblPr>
        <w:tblW w:type="auto" w:w="0"/>
        <w:jc w:val="center"/>
        <w:tblLook w:firstColumn="1" w:firstRow="1" w:lastColumn="0" w:lastRow="0" w:noHBand="0" w:noVBand="1" w:val="04A0"/>
      </w:tblPr>
      <w:tblGrid>
        <w:gridCol w:w="10224"/>
      </w:tblGrid>
      <w:tr>
        <w:tc>
          <w:tcPr>
            <w:tcW w:type="dxa" w:w="10224"/>
            <w:shd w:fill="ECFDF5"/>
            <w:tcMar>
              <w:top w:w="180" w:type="dxa"/>
              <w:start w:w="200" w:type="dxa"/>
              <w:bottom w:w="180" w:type="dxa"/>
              <w:end w:w="200" w:type="dxa"/>
            </w:tcMar>
          </w:tcPr>
          <w:p>
            <w:pPr>
              <w:spacing w:after="60"/>
            </w:pPr>
            <w:r>
              <w:rPr>
                <w:rFonts w:ascii="Noto Sans Devanagari" w:hAnsi="Noto Sans Devanagari" w:eastAsia="Noto Sans Devanagari" w:cs="Noto Sans Devanagari"/>
                <w:b/>
                <w:color w:val="065F46"/>
                <w:sz w:val="23"/>
              </w:rPr>
              <w:t>निजी जानकारी सुरक्षित रखें</w:t>
            </w:r>
          </w:p>
          <w:p>
            <w:pPr>
              <w:spacing w:after="0" w:line="300" w:lineRule="auto"/>
            </w:pPr>
            <w:r>
              <w:rPr>
                <w:rFonts w:ascii="Noto Sans Devanagari" w:hAnsi="Noto Sans Devanagari" w:eastAsia="Noto Sans Devanagari" w:cs="Noto Sans Devanagari"/>
                <w:color w:val="065F46"/>
                <w:sz w:val="21"/>
              </w:rPr>
              <w:t>फोन नंबर, पता, पासवर्ड, पहचान संख्या या निजी स्कूल रिकॉर्ड साझा न करें।</w:t>
            </w:r>
          </w:p>
        </w:tc>
      </w:tr>
    </w:tbl>
    <w:tbl>
      <w:tblPr>
        <w:tblW w:type="auto" w:w="0"/>
        <w:jc w:val="center"/>
        <w:tblLook w:firstColumn="1" w:firstRow="1" w:lastColumn="0" w:lastRow="0" w:noHBand="0" w:noVBand="1" w:val="04A0"/>
      </w:tblPr>
      <w:tblGrid>
        <w:gridCol w:w="10224"/>
      </w:tblGrid>
      <w:tr>
        <w:tc>
          <w:tcPr>
            <w:tcW w:type="dxa" w:w="10224"/>
            <w:shd w:fill="ECFDF5"/>
            <w:tcMar>
              <w:top w:w="180" w:type="dxa"/>
              <w:start w:w="200" w:type="dxa"/>
              <w:bottom w:w="180" w:type="dxa"/>
              <w:end w:w="200" w:type="dxa"/>
            </w:tcMar>
          </w:tcPr>
          <w:p>
            <w:pPr>
              <w:spacing w:after="60"/>
            </w:pPr>
            <w:r>
              <w:rPr>
                <w:rFonts w:ascii="Noto Sans Devanagari" w:hAnsi="Noto Sans Devanagari" w:eastAsia="Noto Sans Devanagari" w:cs="Noto Sans Devanagari"/>
                <w:b/>
                <w:color w:val="065F46"/>
                <w:sz w:val="23"/>
              </w:rPr>
              <w:t>पक्षपात समझें</w:t>
            </w:r>
          </w:p>
          <w:p>
            <w:pPr>
              <w:spacing w:after="0" w:line="300" w:lineRule="auto"/>
            </w:pPr>
            <w:r>
              <w:rPr>
                <w:rFonts w:ascii="Noto Sans Devanagari" w:hAnsi="Noto Sans Devanagari" w:eastAsia="Noto Sans Devanagari" w:cs="Noto Sans Devanagari"/>
                <w:color w:val="065F46"/>
                <w:sz w:val="21"/>
              </w:rPr>
              <w:t>ट्रेनिंग डेटा असंतुलित होने पर मॉडल का परिणाम अधूरा या पक्षपाती हो सकता है।</w:t>
            </w:r>
          </w:p>
        </w:tc>
      </w:tr>
    </w:tbl>
    <w:tbl>
      <w:tblPr>
        <w:tblW w:type="auto" w:w="0"/>
        <w:jc w:val="center"/>
        <w:tblLook w:firstColumn="1" w:firstRow="1" w:lastColumn="0" w:lastRow="0" w:noHBand="0" w:noVBand="1" w:val="04A0"/>
      </w:tblPr>
      <w:tblGrid>
        <w:gridCol w:w="10224"/>
      </w:tblGrid>
      <w:tr>
        <w:tc>
          <w:tcPr>
            <w:tcW w:type="dxa" w:w="10224"/>
            <w:shd w:fill="ECFDF5"/>
            <w:tcMar>
              <w:top w:w="180" w:type="dxa"/>
              <w:start w:w="200" w:type="dxa"/>
              <w:bottom w:w="180" w:type="dxa"/>
              <w:end w:w="200" w:type="dxa"/>
            </w:tcMar>
          </w:tcPr>
          <w:p>
            <w:pPr>
              <w:spacing w:after="60"/>
            </w:pPr>
            <w:r>
              <w:rPr>
                <w:rFonts w:ascii="Noto Sans Devanagari" w:hAnsi="Noto Sans Devanagari" w:eastAsia="Noto Sans Devanagari" w:cs="Noto Sans Devanagari"/>
                <w:b/>
                <w:color w:val="065F46"/>
                <w:sz w:val="23"/>
              </w:rPr>
              <w:t>गलत उत्तर की संभावना समझें</w:t>
            </w:r>
          </w:p>
          <w:p>
            <w:pPr>
              <w:spacing w:after="0" w:line="300" w:lineRule="auto"/>
            </w:pPr>
            <w:r>
              <w:rPr>
                <w:rFonts w:ascii="Noto Sans Devanagari" w:hAnsi="Noto Sans Devanagari" w:eastAsia="Noto Sans Devanagari" w:cs="Noto Sans Devanagari"/>
                <w:color w:val="065F46"/>
                <w:sz w:val="21"/>
              </w:rPr>
              <w:t>AI आत्मविश्वास के साथ गलत जानकारी भी बना सकता है।</w:t>
            </w:r>
          </w:p>
        </w:tc>
      </w:tr>
    </w:tbl>
    <w:tbl>
      <w:tblPr>
        <w:tblW w:type="auto" w:w="0"/>
        <w:jc w:val="center"/>
        <w:tblLook w:firstColumn="1" w:firstRow="1" w:lastColumn="0" w:lastRow="0" w:noHBand="0" w:noVBand="1" w:val="04A0"/>
      </w:tblPr>
      <w:tblGrid>
        <w:gridCol w:w="10224"/>
      </w:tblGrid>
      <w:tr>
        <w:tc>
          <w:tcPr>
            <w:tcW w:type="dxa" w:w="10224"/>
            <w:shd w:fill="ECFDF5"/>
            <w:tcMar>
              <w:top w:w="180" w:type="dxa"/>
              <w:start w:w="200" w:type="dxa"/>
              <w:bottom w:w="180" w:type="dxa"/>
              <w:end w:w="200" w:type="dxa"/>
            </w:tcMar>
          </w:tcPr>
          <w:p>
            <w:pPr>
              <w:spacing w:after="60"/>
            </w:pPr>
            <w:r>
              <w:rPr>
                <w:rFonts w:ascii="Noto Sans Devanagari" w:hAnsi="Noto Sans Devanagari" w:eastAsia="Noto Sans Devanagari" w:cs="Noto Sans Devanagari"/>
                <w:b/>
                <w:color w:val="065F46"/>
                <w:sz w:val="23"/>
              </w:rPr>
              <w:t>अपना काम समझें</w:t>
            </w:r>
          </w:p>
          <w:p>
            <w:pPr>
              <w:spacing w:after="0" w:line="300" w:lineRule="auto"/>
            </w:pPr>
            <w:r>
              <w:rPr>
                <w:rFonts w:ascii="Noto Sans Devanagari" w:hAnsi="Noto Sans Devanagari" w:eastAsia="Noto Sans Devanagari" w:cs="Noto Sans Devanagari"/>
                <w:color w:val="065F46"/>
                <w:sz w:val="21"/>
              </w:rPr>
              <w:t>AI से विचार या समझाने में मदद लें, लेकिन अंतिम काम अपनी समझ और अपने शब्दों में करें।</w:t>
            </w:r>
          </w:p>
        </w:tc>
      </w:tr>
    </w:tbl>
    <w:p>
      <w:pPr>
        <w:spacing w:after="140" w:line="307" w:lineRule="auto"/>
      </w:pPr>
      <w:r>
        <w:rPr>
          <w:rFonts w:ascii="Noto Sans Devanagari" w:hAnsi="Noto Sans Devanagari" w:eastAsia="Noto Sans Devanagari" w:cs="Noto Sans Devanagari"/>
          <w:b/>
          <w:color w:val="0B1F3A"/>
          <w:sz w:val="23"/>
        </w:rPr>
        <w:t>त्वरित जाँच</w:t>
      </w:r>
    </w:p>
    <w:p>
      <w:pPr>
        <w:pStyle w:val="ListBullet"/>
        <w:spacing w:after="80" w:line="300" w:lineRule="auto"/>
      </w:pPr>
      <w:r>
        <w:rPr>
          <w:rFonts w:ascii="Noto Sans Devanagari" w:hAnsi="Noto Sans Devanagari" w:eastAsia="Noto Sans Devanagari" w:cs="Noto Sans Devanagari"/>
          <w:color w:val="334155"/>
          <w:sz w:val="22"/>
        </w:rPr>
        <w:t>इस जानकारी का स्रोत क्या है?</w:t>
      </w:r>
    </w:p>
    <w:p>
      <w:pPr>
        <w:pStyle w:val="ListBullet"/>
        <w:spacing w:after="80" w:line="300" w:lineRule="auto"/>
      </w:pPr>
      <w:r>
        <w:rPr>
          <w:rFonts w:ascii="Noto Sans Devanagari" w:hAnsi="Noto Sans Devanagari" w:eastAsia="Noto Sans Devanagari" w:cs="Noto Sans Devanagari"/>
          <w:color w:val="334155"/>
          <w:sz w:val="22"/>
        </w:rPr>
        <w:t>क्या मैं इसे किसी भरोसेमंद स्रोत से जाँच सकता/सकती हूँ?</w:t>
      </w:r>
    </w:p>
    <w:p>
      <w:pPr>
        <w:pStyle w:val="ListBullet"/>
        <w:spacing w:after="80" w:line="300" w:lineRule="auto"/>
      </w:pPr>
      <w:r>
        <w:rPr>
          <w:rFonts w:ascii="Noto Sans Devanagari" w:hAnsi="Noto Sans Devanagari" w:eastAsia="Noto Sans Devanagari" w:cs="Noto Sans Devanagari"/>
          <w:color w:val="334155"/>
          <w:sz w:val="22"/>
        </w:rPr>
        <w:t>क्या इसमें कोई निजी जानकारी तो नहीं है?</w:t>
      </w:r>
    </w:p>
    <w:p>
      <w:pPr>
        <w:keepNext/>
        <w:spacing w:before="240" w:after="160"/>
      </w:pPr>
      <w:r>
        <w:rPr>
          <w:rFonts w:ascii="Noto Sans Devanagari" w:hAnsi="Noto Sans Devanagari" w:eastAsia="Noto Sans Devanagari" w:cs="Noto Sans Devanagari"/>
          <w:b/>
          <w:color w:val="0B1F3A"/>
          <w:sz w:val="38"/>
        </w:rPr>
        <w:t>6. बिना कोड के अपना पहला AI क्लासिफ़ायर</w:t>
      </w:r>
    </w:p>
    <w:p>
      <w:pPr>
        <w:spacing w:after="140" w:line="307" w:lineRule="auto"/>
      </w:pPr>
      <w:r>
        <w:rPr>
          <w:rFonts w:ascii="Noto Sans Devanagari" w:hAnsi="Noto Sans Devanagari" w:eastAsia="Noto Sans Devanagari" w:cs="Noto Sans Devanagari"/>
          <w:b w:val="0"/>
          <w:color w:val="334155"/>
          <w:sz w:val="23"/>
        </w:rPr>
        <w:t>Google Teachable Machine जैसे साधन से मशीन लर्निंग का कोड लिखे बिना एक छोटा क्लासिफ़ायर प्रशिक्षित किया जा सकता है। इस गतिविधि का लक्ष्य यह देखना है कि उदाहरणों की गुणवत्ता मॉडल के परिणाम को कैसे बदलती है।</w:t>
      </w:r>
    </w:p>
    <w:p>
      <w:pPr>
        <w:pStyle w:val="ListBullet"/>
        <w:spacing w:after="80" w:line="300" w:lineRule="auto"/>
      </w:pPr>
      <w:r>
        <w:rPr>
          <w:rFonts w:ascii="Noto Sans Devanagari" w:hAnsi="Noto Sans Devanagari" w:eastAsia="Noto Sans Devanagari" w:cs="Noto Sans Devanagari"/>
          <w:color w:val="334155"/>
          <w:sz w:val="22"/>
        </w:rPr>
        <w:t>2 या 3 सुरक्षित वस्तुओं की श्रेणियाँ चुनें—जैसे नोटबुक, बोतल और पेंसिल।</w:t>
      </w:r>
    </w:p>
    <w:p>
      <w:pPr>
        <w:pStyle w:val="ListBullet"/>
        <w:spacing w:after="80" w:line="300" w:lineRule="auto"/>
      </w:pPr>
      <w:r>
        <w:rPr>
          <w:rFonts w:ascii="Noto Sans Devanagari" w:hAnsi="Noto Sans Devanagari" w:eastAsia="Noto Sans Devanagari" w:cs="Noto Sans Devanagari"/>
          <w:color w:val="334155"/>
          <w:sz w:val="22"/>
        </w:rPr>
        <w:t>हर श्रेणी के कई अलग-अलग उदाहरण इकट्ठे करें।</w:t>
      </w:r>
    </w:p>
    <w:p>
      <w:pPr>
        <w:pStyle w:val="ListBullet"/>
        <w:spacing w:after="80" w:line="300" w:lineRule="auto"/>
      </w:pPr>
      <w:r>
        <w:rPr>
          <w:rFonts w:ascii="Noto Sans Devanagari" w:hAnsi="Noto Sans Devanagari" w:eastAsia="Noto Sans Devanagari" w:cs="Noto Sans Devanagari"/>
          <w:color w:val="334155"/>
          <w:sz w:val="22"/>
        </w:rPr>
        <w:t>मॉडल को प्रशिक्षित करें।</w:t>
      </w:r>
    </w:p>
    <w:p>
      <w:pPr>
        <w:pStyle w:val="ListBullet"/>
        <w:spacing w:after="80" w:line="300" w:lineRule="auto"/>
      </w:pPr>
      <w:r>
        <w:rPr>
          <w:rFonts w:ascii="Noto Sans Devanagari" w:hAnsi="Noto Sans Devanagari" w:eastAsia="Noto Sans Devanagari" w:cs="Noto Sans Devanagari"/>
          <w:color w:val="334155"/>
          <w:sz w:val="22"/>
        </w:rPr>
        <w:t>नए उदाहरणों से जाँचें कि मॉडल सही पहचान कर रहा है या नहीं।</w:t>
      </w:r>
    </w:p>
    <w:p>
      <w:pPr>
        <w:pStyle w:val="ListBullet"/>
        <w:spacing w:after="80" w:line="300" w:lineRule="auto"/>
      </w:pPr>
      <w:r>
        <w:rPr>
          <w:rFonts w:ascii="Noto Sans Devanagari" w:hAnsi="Noto Sans Devanagari" w:eastAsia="Noto Sans Devanagari" w:cs="Noto Sans Devanagari"/>
          <w:color w:val="334155"/>
          <w:sz w:val="22"/>
        </w:rPr>
        <w:t>गलती होने पर सोचें कि ट्रेनिंग डेटा में कौन-सी कमी हो सकती है।</w:t>
      </w:r>
    </w:p>
    <w:tbl>
      <w:tblPr>
        <w:tblW w:type="auto" w:w="0"/>
        <w:jc w:val="center"/>
        <w:tblLook w:firstColumn="1" w:firstRow="1" w:lastColumn="0" w:lastRow="0" w:noHBand="0" w:noVBand="1" w:val="04A0"/>
      </w:tblPr>
      <w:tblGrid>
        <w:gridCol w:w="10224"/>
      </w:tblGrid>
      <w:tr>
        <w:tc>
          <w:tcPr>
            <w:tcW w:type="dxa" w:w="10224"/>
            <w:shd w:fill="FFF7DF"/>
            <w:tcMar>
              <w:top w:w="180" w:type="dxa"/>
              <w:start w:w="200" w:type="dxa"/>
              <w:bottom w:w="180" w:type="dxa"/>
              <w:end w:w="200" w:type="dxa"/>
            </w:tcMar>
          </w:tcPr>
          <w:p>
            <w:pPr>
              <w:spacing w:after="60"/>
            </w:pPr>
            <w:r>
              <w:rPr>
                <w:rFonts w:ascii="Noto Sans Devanagari" w:hAnsi="Noto Sans Devanagari" w:eastAsia="Noto Sans Devanagari" w:cs="Noto Sans Devanagari"/>
                <w:b/>
                <w:color w:val="5C400E"/>
                <w:sz w:val="23"/>
              </w:rPr>
              <w:t>सुरक्षा</w:t>
            </w:r>
          </w:p>
          <w:p>
            <w:pPr>
              <w:spacing w:after="0" w:line="300" w:lineRule="auto"/>
            </w:pPr>
            <w:r>
              <w:rPr>
                <w:rFonts w:ascii="Noto Sans Devanagari" w:hAnsi="Noto Sans Devanagari" w:eastAsia="Noto Sans Devanagari" w:cs="Noto Sans Devanagari"/>
                <w:color w:val="5C400E"/>
                <w:sz w:val="21"/>
              </w:rPr>
              <w:t>पहचान योग्य छात्र चेहरों या निजी तस्वीरों को अनुमति के बिना ट्रेनिंग डेटा में उपयोग न करें।</w:t>
            </w:r>
          </w:p>
        </w:tc>
      </w:tr>
    </w:tbl>
    <w:p>
      <w:r>
        <w:rPr>
          <w:rFonts w:ascii="Noto Sans Devanagari" w:hAnsi="Noto Sans Devanagari" w:eastAsia="Noto Sans Devanagari" w:cs="Noto Sans Devanagari"/>
          <w:color w:val="334155"/>
          <w:sz w:val="23"/>
        </w:rPr>
        <w:br w:type="page"/>
      </w:r>
    </w:p>
    <w:p>
      <w:pPr>
        <w:keepNext/>
        <w:spacing w:before="240" w:after="160"/>
      </w:pPr>
      <w:r>
        <w:rPr>
          <w:rFonts w:ascii="Noto Sans Devanagari" w:hAnsi="Noto Sans Devanagari" w:eastAsia="Noto Sans Devanagari" w:cs="Noto Sans Devanagari"/>
          <w:b/>
          <w:color w:val="0B1F3A"/>
          <w:sz w:val="38"/>
        </w:rPr>
        <w:t>7. शुरुआती प्रोजेक्ट: क्विज़ गेम</w:t>
      </w:r>
    </w:p>
    <w:p>
      <w:pPr>
        <w:spacing w:after="140" w:line="307" w:lineRule="auto"/>
      </w:pPr>
      <w:r>
        <w:rPr>
          <w:rFonts w:ascii="Noto Sans Devanagari" w:hAnsi="Noto Sans Devanagari" w:eastAsia="Noto Sans Devanagari" w:cs="Noto Sans Devanagari"/>
          <w:b w:val="0"/>
          <w:color w:val="334155"/>
          <w:sz w:val="23"/>
        </w:rPr>
        <w:t>यह छोटा प्रोजेक्ट वेरिएबल, input(), शर्तें और स्कोर गिनने का अभ्यास कराता है। पहले कोड चलाएँ, फिर अपने सवाल जोड़ें।</w:t>
      </w:r>
    </w:p>
    <w:tbl>
      <w:tblPr>
        <w:tblW w:type="auto" w:w="0"/>
        <w:jc w:val="center"/>
        <w:tblLook w:firstColumn="1" w:firstRow="1" w:lastColumn="0" w:lastRow="0" w:noHBand="0" w:noVBand="1" w:val="04A0"/>
      </w:tblPr>
      <w:tblGrid>
        <w:gridCol w:w="10224"/>
      </w:tblGrid>
      <w:tr>
        <w:tc>
          <w:tcPr>
            <w:tcW w:type="dxa" w:w="10224"/>
            <w:shd w:fill="0B1220"/>
            <w:tcMar>
              <w:top w:w="160" w:type="dxa"/>
              <w:start w:w="180" w:type="dxa"/>
              <w:bottom w:w="160" w:type="dxa"/>
              <w:end w:w="180" w:type="dxa"/>
            </w:tcMar>
          </w:tcPr>
          <w:p>
            <w:pPr>
              <w:spacing w:after="0" w:line="252" w:lineRule="auto"/>
            </w:pPr>
            <w:r>
              <w:rPr>
                <w:rFonts w:ascii="Liberation Mono" w:hAnsi="Liberation Mono" w:eastAsia="Noto Sans Devanagari"/>
                <w:color w:val="E2E8F0"/>
                <w:sz w:val="19"/>
              </w:rPr>
              <w:t>score = 0</w:t>
              <w:br/>
              <w:br/>
              <w:t>answer = input("लाल ग्रह किसे कहा जाता है? ")</w:t>
              <w:br/>
              <w:t>if answer.lower() == "mars":</w:t>
              <w:br/>
              <w:t xml:space="preserve">    print("सही!")</w:t>
              <w:br/>
              <w:t xml:space="preserve">    score += 1</w:t>
              <w:br/>
              <w:br/>
              <w:t>print("स्कोर:", score)</w:t>
            </w:r>
          </w:p>
        </w:tc>
      </w:tr>
    </w:tbl>
    <w:p>
      <w:pPr>
        <w:spacing w:after="40" w:line="307" w:lineRule="auto"/>
      </w:pPr>
      <w:r>
        <w:rPr>
          <w:rFonts w:ascii="Noto Sans Devanagari" w:hAnsi="Noto Sans Devanagari" w:eastAsia="Noto Sans Devanagari" w:cs="Noto Sans Devanagari"/>
          <w:b w:val="0"/>
          <w:color w:val="334155"/>
          <w:sz w:val="4"/>
        </w:rPr>
      </w:r>
    </w:p>
    <w:p>
      <w:pPr>
        <w:pStyle w:val="ListBullet"/>
        <w:spacing w:after="80" w:line="300" w:lineRule="auto"/>
      </w:pPr>
      <w:r>
        <w:rPr>
          <w:rFonts w:ascii="Noto Sans Devanagari" w:hAnsi="Noto Sans Devanagari" w:eastAsia="Noto Sans Devanagari" w:cs="Noto Sans Devanagari"/>
          <w:color w:val="334155"/>
          <w:sz w:val="22"/>
        </w:rPr>
        <w:t>विज्ञान या गणित के 5 सवाल जोड़ें।</w:t>
      </w:r>
    </w:p>
    <w:p>
      <w:pPr>
        <w:pStyle w:val="ListBullet"/>
        <w:spacing w:after="80" w:line="300" w:lineRule="auto"/>
      </w:pPr>
      <w:r>
        <w:rPr>
          <w:rFonts w:ascii="Noto Sans Devanagari" w:hAnsi="Noto Sans Devanagari" w:eastAsia="Noto Sans Devanagari" w:cs="Noto Sans Devanagari"/>
          <w:color w:val="334155"/>
          <w:sz w:val="22"/>
        </w:rPr>
        <w:t>राजस्थान के इतिहास या क्रिकेट पर क्विज़ बनाएँ।</w:t>
      </w:r>
    </w:p>
    <w:p>
      <w:pPr>
        <w:pStyle w:val="ListBullet"/>
        <w:spacing w:after="80" w:line="300" w:lineRule="auto"/>
      </w:pPr>
      <w:r>
        <w:rPr>
          <w:rFonts w:ascii="Noto Sans Devanagari" w:hAnsi="Noto Sans Devanagari" w:eastAsia="Noto Sans Devanagari" w:cs="Noto Sans Devanagari"/>
          <w:color w:val="334155"/>
          <w:sz w:val="22"/>
        </w:rPr>
        <w:t>अंत में प्रतिशत स्कोर दिखाएँ।</w:t>
      </w:r>
    </w:p>
    <w:p>
      <w:pPr>
        <w:keepNext/>
        <w:spacing w:before="240" w:after="160"/>
      </w:pPr>
      <w:r>
        <w:rPr>
          <w:rFonts w:ascii="Noto Sans Devanagari" w:hAnsi="Noto Sans Devanagari" w:eastAsia="Noto Sans Devanagari" w:cs="Noto Sans Devanagari"/>
          <w:b/>
          <w:color w:val="0B1F3A"/>
          <w:sz w:val="38"/>
        </w:rPr>
        <w:t>8. प्रोजेक्ट की योजना: विचार से प्रदर्शन तक</w:t>
      </w:r>
    </w:p>
    <w:p>
      <w:pPr>
        <w:spacing w:after="140" w:line="307" w:lineRule="auto"/>
      </w:pPr>
      <w:r>
        <w:rPr>
          <w:rFonts w:ascii="Noto Sans Devanagari" w:hAnsi="Noto Sans Devanagari" w:eastAsia="Noto Sans Devanagari" w:cs="Noto Sans Devanagari"/>
          <w:b w:val="0"/>
          <w:color w:val="334155"/>
          <w:sz w:val="23"/>
        </w:rPr>
        <w:t>प्रोजेक्ट कठिन होना जरूरी नहीं है। अच्छा शुरुआती प्रोजेक्ट वह है जिसे छात्र खुद चला सके, समझा सके और उसमें कम से कम एक बदलाव कर सके।</w:t>
      </w:r>
    </w:p>
    <w:tbl>
      <w:tblPr>
        <w:tblStyle w:val="TableGrid"/>
        <w:tblW w:type="auto" w:w="0"/>
        <w:jc w:val="center"/>
        <w:tblLook w:firstColumn="1" w:firstRow="1" w:lastColumn="0" w:lastRow="0" w:noHBand="0" w:noVBand="1" w:val="04A0"/>
      </w:tblPr>
      <w:tblGrid>
        <w:gridCol w:w="5112"/>
        <w:gridCol w:w="5112"/>
      </w:tblGrid>
      <w:tr>
        <w:tc>
          <w:tcPr>
            <w:tcW w:type="dxa" w:w="5112"/>
            <w:shd w:fill="EAF2FF"/>
            <w:vAlign w:val="center"/>
          </w:tcPr>
          <w:p>
            <w:r>
              <w:rPr>
                <w:rFonts w:ascii="Noto Sans Devanagari" w:hAnsi="Noto Sans Devanagari" w:eastAsia="Noto Sans Devanagari" w:cs="Noto Sans Devanagari"/>
                <w:b/>
                <w:color w:val="0B1F3A"/>
                <w:sz w:val="21"/>
              </w:rPr>
              <w:t>चरण</w:t>
            </w:r>
          </w:p>
        </w:tc>
        <w:tc>
          <w:tcPr>
            <w:tcW w:type="dxa" w:w="5112"/>
            <w:shd w:fill="EAF2FF"/>
            <w:vAlign w:val="center"/>
          </w:tcPr>
          <w:p>
            <w:r>
              <w:rPr>
                <w:rFonts w:ascii="Noto Sans Devanagari" w:hAnsi="Noto Sans Devanagari" w:eastAsia="Noto Sans Devanagari" w:cs="Noto Sans Devanagari"/>
                <w:b/>
                <w:color w:val="0B1F3A"/>
                <w:sz w:val="21"/>
              </w:rPr>
              <w:t>पूछने वाला सवाल</w:t>
            </w:r>
          </w:p>
        </w:tc>
      </w:tr>
      <w:tr>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समस्या</w:t>
            </w:r>
          </w:p>
        </w:tc>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मैं किस समस्या या गतिविधि पर काम कर रहा/रही हूँ?</w:t>
            </w:r>
          </w:p>
        </w:tc>
      </w:tr>
      <w:tr>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उपयोगकर्ता</w:t>
            </w:r>
          </w:p>
        </w:tc>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यह किसके लिए उपयोगी है?</w:t>
            </w:r>
          </w:p>
        </w:tc>
      </w:tr>
      <w:tr>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सबसे छोटा रूप</w:t>
            </w:r>
          </w:p>
        </w:tc>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सबसे सरल चलने वाला संस्करण क्या है?</w:t>
            </w:r>
          </w:p>
        </w:tc>
      </w:tr>
      <w:tr>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जाँच</w:t>
            </w:r>
          </w:p>
        </w:tc>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मैं कैसे जाँचूँगा/जाँचूँगी कि यह सही काम करता है?</w:t>
            </w:r>
          </w:p>
        </w:tc>
      </w:tr>
      <w:tr>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समझाना</w:t>
            </w:r>
          </w:p>
        </w:tc>
        <w:tc>
          <w:tcPr>
            <w:tcW w:type="dxa" w:w="5112"/>
            <w:tcMar>
              <w:top w:w="120" w:type="dxa"/>
              <w:start w:w="140" w:type="dxa"/>
              <w:bottom w:w="120" w:type="dxa"/>
              <w:end w:w="140" w:type="dxa"/>
            </w:tcMar>
          </w:tcPr>
          <w:p>
            <w:pPr>
              <w:spacing w:after="0" w:line="288" w:lineRule="auto"/>
            </w:pPr>
            <w:r>
              <w:rPr>
                <w:rFonts w:ascii="Noto Sans Devanagari" w:hAnsi="Noto Sans Devanagari" w:eastAsia="Noto Sans Devanagari" w:cs="Noto Sans Devanagari"/>
                <w:color w:val="334155"/>
                <w:sz w:val="20"/>
              </w:rPr>
              <w:t>मैं किसी दूसरे छात्र को इसका तर्क कैसे समझाऊँगा/समझाऊँगी?</w:t>
            </w:r>
          </w:p>
        </w:tc>
      </w:tr>
    </w:tbl>
    <w:p>
      <w:pPr>
        <w:keepNext/>
        <w:spacing w:before="240" w:after="160"/>
      </w:pPr>
      <w:r>
        <w:rPr>
          <w:rFonts w:ascii="Noto Sans Devanagari" w:hAnsi="Noto Sans Devanagari" w:eastAsia="Noto Sans Devanagari" w:cs="Noto Sans Devanagari"/>
          <w:b/>
          <w:color w:val="0B1F3A"/>
          <w:sz w:val="38"/>
        </w:rPr>
        <w:t>9. आगे सीखने के लिए भरोसेमंद संसाधन</w:t>
      </w:r>
    </w:p>
    <w:p>
      <w:pPr>
        <w:spacing w:after="20" w:line="307" w:lineRule="auto"/>
      </w:pPr>
      <w:r>
        <w:rPr>
          <w:rFonts w:ascii="Noto Sans Devanagari" w:hAnsi="Noto Sans Devanagari" w:eastAsia="Noto Sans Devanagari" w:cs="Noto Sans Devanagari"/>
          <w:b/>
          <w:color w:val="0B1F3A"/>
          <w:sz w:val="23"/>
        </w:rPr>
        <w:t>Code.org / CodeAI</w:t>
      </w:r>
    </w:p>
    <w:p>
      <w:pPr>
        <w:spacing w:after="140" w:line="307" w:lineRule="auto"/>
      </w:pPr>
      <w:r>
        <w:rPr>
          <w:rFonts w:ascii="Noto Sans Devanagari" w:hAnsi="Noto Sans Devanagari" w:eastAsia="Noto Sans Devanagari" w:cs="Noto Sans Devanagari"/>
          <w:b w:val="0"/>
          <w:color w:val="334155"/>
          <w:sz w:val="21"/>
        </w:rPr>
        <w:t>AI की बुनियाद और छोटे वीडियो पाठ।</w:t>
      </w:r>
    </w:p>
    <w:p>
      <w:pPr>
        <w:spacing w:after="20" w:line="307" w:lineRule="auto"/>
      </w:pPr>
      <w:r>
        <w:rPr>
          <w:rFonts w:ascii="Noto Sans Devanagari" w:hAnsi="Noto Sans Devanagari" w:eastAsia="Noto Sans Devanagari" w:cs="Noto Sans Devanagari"/>
          <w:b/>
          <w:color w:val="0B1F3A"/>
          <w:sz w:val="23"/>
        </w:rPr>
        <w:t>MIT Scratch</w:t>
      </w:r>
    </w:p>
    <w:p>
      <w:pPr>
        <w:spacing w:after="140" w:line="307" w:lineRule="auto"/>
      </w:pPr>
      <w:r>
        <w:rPr>
          <w:rFonts w:ascii="Noto Sans Devanagari" w:hAnsi="Noto Sans Devanagari" w:eastAsia="Noto Sans Devanagari" w:cs="Noto Sans Devanagari"/>
          <w:b w:val="0"/>
          <w:color w:val="334155"/>
          <w:sz w:val="21"/>
        </w:rPr>
        <w:t>गेम और एनीमेशन के जरिए शुरुआती कोडिंग।</w:t>
      </w:r>
    </w:p>
    <w:p>
      <w:pPr>
        <w:spacing w:after="20" w:line="307" w:lineRule="auto"/>
      </w:pPr>
      <w:r>
        <w:rPr>
          <w:rFonts w:ascii="Noto Sans Devanagari" w:hAnsi="Noto Sans Devanagari" w:eastAsia="Noto Sans Devanagari" w:cs="Noto Sans Devanagari"/>
          <w:b/>
          <w:color w:val="0B1F3A"/>
          <w:sz w:val="23"/>
        </w:rPr>
        <w:t>Khan Academy</w:t>
      </w:r>
    </w:p>
    <w:p>
      <w:pPr>
        <w:spacing w:after="140" w:line="307" w:lineRule="auto"/>
      </w:pPr>
      <w:r>
        <w:rPr>
          <w:rFonts w:ascii="Noto Sans Devanagari" w:hAnsi="Noto Sans Devanagari" w:eastAsia="Noto Sans Devanagari" w:cs="Noto Sans Devanagari"/>
          <w:b w:val="0"/>
          <w:color w:val="334155"/>
          <w:sz w:val="21"/>
        </w:rPr>
        <w:t>ब्राउज़र में शुरुआती Python अभ्यास।</w:t>
      </w:r>
    </w:p>
    <w:p>
      <w:pPr>
        <w:spacing w:after="20" w:line="307" w:lineRule="auto"/>
      </w:pPr>
      <w:r>
        <w:rPr>
          <w:rFonts w:ascii="Noto Sans Devanagari" w:hAnsi="Noto Sans Devanagari" w:eastAsia="Noto Sans Devanagari" w:cs="Noto Sans Devanagari"/>
          <w:b/>
          <w:color w:val="0B1F3A"/>
          <w:sz w:val="23"/>
        </w:rPr>
        <w:t>Harvard CS50P</w:t>
      </w:r>
    </w:p>
    <w:p>
      <w:pPr>
        <w:spacing w:after="140" w:line="307" w:lineRule="auto"/>
      </w:pPr>
      <w:r>
        <w:rPr>
          <w:rFonts w:ascii="Noto Sans Devanagari" w:hAnsi="Noto Sans Devanagari" w:eastAsia="Noto Sans Devanagari" w:cs="Noto Sans Devanagari"/>
          <w:b w:val="0"/>
          <w:color w:val="334155"/>
          <w:sz w:val="21"/>
        </w:rPr>
        <w:t>Python का अधिक विस्तृत निःशुल्क पाठ्यक्रम।</w:t>
      </w:r>
    </w:p>
    <w:p>
      <w:pPr>
        <w:spacing w:after="20" w:line="307" w:lineRule="auto"/>
      </w:pPr>
      <w:r>
        <w:rPr>
          <w:rFonts w:ascii="Noto Sans Devanagari" w:hAnsi="Noto Sans Devanagari" w:eastAsia="Noto Sans Devanagari" w:cs="Noto Sans Devanagari"/>
          <w:b/>
          <w:color w:val="0B1F3A"/>
          <w:sz w:val="23"/>
        </w:rPr>
        <w:t>DIKSHA और ePathshala</w:t>
      </w:r>
    </w:p>
    <w:p>
      <w:pPr>
        <w:spacing w:after="140" w:line="307" w:lineRule="auto"/>
      </w:pPr>
      <w:r>
        <w:rPr>
          <w:rFonts w:ascii="Noto Sans Devanagari" w:hAnsi="Noto Sans Devanagari" w:eastAsia="Noto Sans Devanagari" w:cs="Noto Sans Devanagari"/>
          <w:b w:val="0"/>
          <w:color w:val="334155"/>
          <w:sz w:val="21"/>
        </w:rPr>
        <w:t>स्कूल की पढ़ाई के लिए भारत सरकार और NCERT के डिजिटल संसाधन।</w:t>
      </w:r>
    </w:p>
    <w:p>
      <w:pPr>
        <w:spacing w:after="20" w:line="307" w:lineRule="auto"/>
      </w:pPr>
      <w:r>
        <w:rPr>
          <w:rFonts w:ascii="Noto Sans Devanagari" w:hAnsi="Noto Sans Devanagari" w:eastAsia="Noto Sans Devanagari" w:cs="Noto Sans Devanagari"/>
          <w:b/>
          <w:color w:val="0B1F3A"/>
          <w:sz w:val="23"/>
        </w:rPr>
        <w:t>Arduino Learn</w:t>
      </w:r>
    </w:p>
    <w:p>
      <w:pPr>
        <w:spacing w:after="140" w:line="307" w:lineRule="auto"/>
      </w:pPr>
      <w:r>
        <w:rPr>
          <w:rFonts w:ascii="Noto Sans Devanagari" w:hAnsi="Noto Sans Devanagari" w:eastAsia="Noto Sans Devanagari" w:cs="Noto Sans Devanagari"/>
          <w:b w:val="0"/>
          <w:color w:val="334155"/>
          <w:sz w:val="21"/>
        </w:rPr>
        <w:t>हार्डवेयर उपलब्ध होने पर रोबोटिक्स और इलेक्ट्रॉनिक्स अभ्यास।</w:t>
      </w:r>
    </w:p>
    <w:p>
      <w:pPr>
        <w:keepNext/>
        <w:spacing w:before="240" w:after="160"/>
      </w:pPr>
      <w:r>
        <w:rPr>
          <w:rFonts w:ascii="Noto Sans Devanagari" w:hAnsi="Noto Sans Devanagari" w:eastAsia="Noto Sans Devanagari" w:cs="Noto Sans Devanagari"/>
          <w:b/>
          <w:color w:val="0B1F3A"/>
          <w:sz w:val="38"/>
        </w:rPr>
        <w:t>10. अंतिम चुनौती</w:t>
      </w:r>
    </w:p>
    <w:p>
      <w:pPr>
        <w:spacing w:after="140" w:line="307" w:lineRule="auto"/>
      </w:pPr>
      <w:r>
        <w:rPr>
          <w:rFonts w:ascii="Noto Sans Devanagari" w:hAnsi="Noto Sans Devanagari" w:eastAsia="Noto Sans Devanagari" w:cs="Noto Sans Devanagari"/>
          <w:b w:val="0"/>
          <w:color w:val="334155"/>
          <w:sz w:val="23"/>
        </w:rPr>
        <w:t>इनमें से एक प्रोजेक्ट चुनें: क्विज़ गेम, छात्र उपस्थिति ट्रैकर, लाइब्रेरी बुक मैनेजर, मैथ चैलेंज, होमवर्क ट्रैकर, टिक-टैक-टो या व्यक्तिगत वेबसाइट।</w:t>
      </w:r>
    </w:p>
    <w:p>
      <w:pPr>
        <w:pStyle w:val="ListBullet"/>
        <w:spacing w:after="80" w:line="300" w:lineRule="auto"/>
      </w:pPr>
      <w:r>
        <w:rPr>
          <w:rFonts w:ascii="Noto Sans Devanagari" w:hAnsi="Noto Sans Devanagari" w:eastAsia="Noto Sans Devanagari" w:cs="Noto Sans Devanagari"/>
          <w:color w:val="334155"/>
          <w:sz w:val="22"/>
        </w:rPr>
        <w:t>प्रोजेक्ट चलाएँ।</w:t>
      </w:r>
    </w:p>
    <w:p>
      <w:pPr>
        <w:pStyle w:val="ListBullet"/>
        <w:spacing w:after="80" w:line="300" w:lineRule="auto"/>
      </w:pPr>
      <w:r>
        <w:rPr>
          <w:rFonts w:ascii="Noto Sans Devanagari" w:hAnsi="Noto Sans Devanagari" w:eastAsia="Noto Sans Devanagari" w:cs="Noto Sans Devanagari"/>
          <w:color w:val="334155"/>
          <w:sz w:val="22"/>
        </w:rPr>
        <w:t>कम से कम एक सुविधा बदलें या जोड़ें।</w:t>
      </w:r>
    </w:p>
    <w:p>
      <w:pPr>
        <w:pStyle w:val="ListBullet"/>
        <w:spacing w:after="80" w:line="300" w:lineRule="auto"/>
      </w:pPr>
      <w:r>
        <w:rPr>
          <w:rFonts w:ascii="Noto Sans Devanagari" w:hAnsi="Noto Sans Devanagari" w:eastAsia="Noto Sans Devanagari" w:cs="Noto Sans Devanagari"/>
          <w:color w:val="334155"/>
          <w:sz w:val="22"/>
        </w:rPr>
        <w:t>दो मिनट में किसी दूसरे व्यक्ति को समझाएँ कि आपका कोड कैसे काम करता है।</w:t>
      </w:r>
    </w:p>
    <w:tbl>
      <w:tblPr>
        <w:tblW w:type="auto" w:w="0"/>
        <w:jc w:val="center"/>
        <w:tblLook w:firstColumn="1" w:firstRow="1" w:lastColumn="0" w:lastRow="0" w:noHBand="0" w:noVBand="1" w:val="04A0"/>
      </w:tblPr>
      <w:tblGrid>
        <w:gridCol w:w="10224"/>
      </w:tblGrid>
      <w:tr>
        <w:tc>
          <w:tcPr>
            <w:tcW w:type="dxa" w:w="10224"/>
            <w:shd w:fill="EAF2FF"/>
            <w:tcMar>
              <w:top w:w="180" w:type="dxa"/>
              <w:start w:w="200" w:type="dxa"/>
              <w:bottom w:w="180" w:type="dxa"/>
              <w:end w:w="200" w:type="dxa"/>
            </w:tcMar>
          </w:tcPr>
          <w:p>
            <w:pPr>
              <w:spacing w:after="60"/>
            </w:pPr>
            <w:r>
              <w:rPr>
                <w:rFonts w:ascii="Noto Sans Devanagari" w:hAnsi="Noto Sans Devanagari" w:eastAsia="Noto Sans Devanagari" w:cs="Noto Sans Devanagari"/>
                <w:b/>
                <w:color w:val="0B1F3A"/>
                <w:sz w:val="23"/>
              </w:rPr>
              <w:t>अगले सत्र के लिए अपना सवाल लिखें</w:t>
            </w:r>
          </w:p>
          <w:p>
            <w:pPr>
              <w:spacing w:after="0" w:line="300" w:lineRule="auto"/>
            </w:pPr>
            <w:r>
              <w:rPr>
                <w:rFonts w:ascii="Noto Sans Devanagari" w:hAnsi="Noto Sans Devanagari" w:eastAsia="Noto Sans Devanagari" w:cs="Noto Sans Devanagari"/>
                <w:color w:val="0B1F3A"/>
                <w:sz w:val="21"/>
              </w:rPr>
              <w:t>“मैं अब क्या बनाना चाहता/चाहती हूँ, और मुझे किस हिस्से में मदद चाहिए?”</w:t>
            </w:r>
          </w:p>
        </w:tc>
      </w:tr>
    </w:tbl>
    <w:sectPr w:rsidR="00FC693F" w:rsidRPr="0006063C" w:rsidSect="00034616">
      <w:headerReference w:type="default" r:id="rId9"/>
      <w:footerReference w:type="default" r:id="rId10"/>
      <w:pgSz w:w="12240" w:h="15840"/>
      <w:pgMar w:top="893" w:right="1008" w:bottom="893"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Devanagari" w:hAnsi="Noto Sans Devanagari" w:eastAsia="Noto Sans Devanagari" w:cs="Noto Sans Devanagari"/>
        <w:color w:val="64748B"/>
        <w:sz w:val="17"/>
      </w:rPr>
      <w:t>VidhyaVision • सीखें • बनाएँ • साझा करें</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Noto Sans Devanagari" w:hAnsi="Noto Sans Devanagari" w:eastAsia="Noto Sans Devanagari" w:cs="Noto Sans Devanagari"/>
        <w:b/>
        <w:color w:val="64748B"/>
        <w:sz w:val="17"/>
      </w:rPr>
      <w:t>VidhyaVision • हिन्दी सीखने की सामग्री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Devanagari" w:hAnsi="Noto Sans Devanagari" w:eastAsia="Noto Sans Devanagari" w:cs="Noto Sans Devanagari"/>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Devanagari" w:hAnsi="Noto Sans Devanagari" w:eastAsia="Noto Sans Devanagari" w:cs="Noto Sans Devanaga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Devanagari" w:hAnsi="Noto Sans Devanagari" w:eastAsia="Noto Sans Devanagari" w:cs="Noto Sans Devanaga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Devanagari" w:hAnsi="Noto Sans Devanagari" w:eastAsia="Noto Sans Devanagari" w:cs="Noto Sans Devanaga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Devanagari" w:hAnsi="Noto Sans Devanagari" w:eastAsia="Noto Sans Devanagari" w:cs="Noto Sans Devanagar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